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CC89C" w14:textId="18B192ED" w:rsidR="002247CC" w:rsidRPr="002247CC" w:rsidRDefault="009D4878" w:rsidP="009D4878">
      <w:pPr>
        <w:pStyle w:val="Titolo1"/>
        <w:jc w:val="both"/>
        <w:rPr>
          <w:lang w:val="it-IT"/>
        </w:rPr>
      </w:pPr>
      <w:r>
        <w:t xml:space="preserve">DOMANDA DI AMMISSIONE ALLA SELEZIONE </w:t>
      </w:r>
      <w:r w:rsidRPr="002247CC">
        <w:rPr>
          <w:lang w:val="it-IT"/>
        </w:rPr>
        <w:t>AD EVIDENZA PUBBLICA PER LA FORMAZIONE DI UNA “GRADUATORIA DI FARMACISTI COLLABORATORI CUI ATTINGERE PER EVENTUALI ASSUNZIONI A TEMPO INDETERMINATO O DETERMINATO CON RAPPORTO DI LAVORO A TEMPO PIENO O A TEMPO PARZIALE E/O PER INCARICHI/SOSTITUZIONI”</w:t>
      </w:r>
    </w:p>
    <w:p w14:paraId="6AC858DD" w14:textId="77777777" w:rsidR="002E1FF3" w:rsidRDefault="00C532AC" w:rsidP="002247CC">
      <w:pPr>
        <w:spacing w:after="0"/>
      </w:pPr>
      <w:r>
        <w:br/>
        <w:t>All’Amministratore Unico</w:t>
      </w:r>
    </w:p>
    <w:p w14:paraId="230603AF" w14:textId="77777777" w:rsidR="002E1FF3" w:rsidRDefault="00C532AC" w:rsidP="002247CC">
      <w:pPr>
        <w:spacing w:after="0"/>
      </w:pPr>
      <w:r>
        <w:t>Farmacom Fabriano S.r.l.u. Società Benefit</w:t>
      </w:r>
    </w:p>
    <w:p w14:paraId="38C80B8B" w14:textId="77777777" w:rsidR="002E1FF3" w:rsidRDefault="00C532AC" w:rsidP="002247CC">
      <w:pPr>
        <w:spacing w:after="0"/>
      </w:pPr>
      <w:r>
        <w:t>Viale Campo Sportivo n. 8 – 60044 FABRIANO (AN)</w:t>
      </w:r>
    </w:p>
    <w:p w14:paraId="6D6FAB76" w14:textId="77777777" w:rsidR="002E1FF3" w:rsidRDefault="00C532AC" w:rsidP="002247CC">
      <w:pPr>
        <w:spacing w:after="0"/>
      </w:pPr>
      <w:r>
        <w:t>PEC: FARMACOMFABRIANO@legalmail.it</w:t>
      </w:r>
    </w:p>
    <w:p w14:paraId="7011B125" w14:textId="77777777" w:rsidR="002E1FF3" w:rsidRDefault="00C532AC" w:rsidP="002247CC">
      <w:pPr>
        <w:spacing w:after="0"/>
      </w:pPr>
      <w:r>
        <w:br/>
        <w:t>Oggetto: Domanda di ammissione alla selezione per Farmacista Collaboratore</w:t>
      </w:r>
    </w:p>
    <w:p w14:paraId="1592AD86" w14:textId="5286286C" w:rsidR="002E1FF3" w:rsidRDefault="00C532AC" w:rsidP="002247CC">
      <w:pPr>
        <w:spacing w:after="0"/>
      </w:pPr>
      <w:r>
        <w:br/>
        <w:t xml:space="preserve">Il/La </w:t>
      </w:r>
      <w:proofErr w:type="spellStart"/>
      <w:r>
        <w:t>sottoscritto</w:t>
      </w:r>
      <w:proofErr w:type="spellEnd"/>
      <w:r>
        <w:t>/a ________________________________________</w:t>
      </w:r>
      <w:proofErr w:type="spellStart"/>
      <w:r>
        <w:t>Codice</w:t>
      </w:r>
      <w:proofErr w:type="spellEnd"/>
      <w:r>
        <w:t xml:space="preserve"> </w:t>
      </w:r>
      <w:proofErr w:type="spellStart"/>
      <w:r>
        <w:t>Fiscale</w:t>
      </w:r>
      <w:proofErr w:type="spellEnd"/>
      <w:r>
        <w:t>: __</w:t>
      </w:r>
      <w:r w:rsidR="002247CC">
        <w:t>_</w:t>
      </w:r>
      <w:r>
        <w:t>______________________________________</w:t>
      </w:r>
    </w:p>
    <w:p w14:paraId="216BA33F" w14:textId="7C8EAF94" w:rsidR="002E1FF3" w:rsidRDefault="00C532AC" w:rsidP="002247CC">
      <w:pPr>
        <w:spacing w:after="0"/>
      </w:pPr>
      <w:r>
        <w:t>Luogo di nascita: ________________________________________________</w:t>
      </w:r>
      <w:r w:rsidR="002247CC">
        <w:t>_________________</w:t>
      </w:r>
      <w:r>
        <w:t>Data di nascita: ____ / ____ / ______</w:t>
      </w:r>
    </w:p>
    <w:p w14:paraId="3087A6D5" w14:textId="48FEF43A" w:rsidR="002E1FF3" w:rsidRDefault="00C532AC" w:rsidP="002247CC">
      <w:pPr>
        <w:spacing w:after="0"/>
      </w:pPr>
      <w:proofErr w:type="spellStart"/>
      <w:r>
        <w:t>Residente</w:t>
      </w:r>
      <w:proofErr w:type="spellEnd"/>
      <w:r>
        <w:t xml:space="preserve"> in (</w:t>
      </w:r>
      <w:proofErr w:type="spellStart"/>
      <w:r>
        <w:t>indirizzo</w:t>
      </w:r>
      <w:proofErr w:type="spellEnd"/>
      <w:r>
        <w:t xml:space="preserve"> </w:t>
      </w:r>
      <w:proofErr w:type="spellStart"/>
      <w:r>
        <w:t>completo</w:t>
      </w:r>
      <w:proofErr w:type="spellEnd"/>
      <w:r>
        <w:t>): _________________________________</w:t>
      </w:r>
      <w:r w:rsidR="002247CC">
        <w:t>_______</w:t>
      </w:r>
      <w:r>
        <w:t xml:space="preserve">CAP: ______ </w:t>
      </w:r>
      <w:proofErr w:type="spellStart"/>
      <w:r>
        <w:t>Comune</w:t>
      </w:r>
      <w:proofErr w:type="spellEnd"/>
      <w:r>
        <w:t xml:space="preserve">: __________________ </w:t>
      </w:r>
      <w:proofErr w:type="spellStart"/>
      <w:r>
        <w:t>Provincia</w:t>
      </w:r>
      <w:proofErr w:type="spellEnd"/>
      <w:r>
        <w:t>: ______</w:t>
      </w:r>
      <w:r w:rsidR="002247CC">
        <w:t xml:space="preserve"> </w:t>
      </w:r>
      <w:proofErr w:type="spellStart"/>
      <w:r>
        <w:t>Telefono</w:t>
      </w:r>
      <w:proofErr w:type="spellEnd"/>
      <w:r>
        <w:t>: ____________________</w:t>
      </w:r>
      <w:r w:rsidR="002247CC">
        <w:t xml:space="preserve"> </w:t>
      </w:r>
      <w:r>
        <w:t>PEC (</w:t>
      </w:r>
      <w:proofErr w:type="spellStart"/>
      <w:r>
        <w:t>obbligatoria</w:t>
      </w:r>
      <w:proofErr w:type="spellEnd"/>
      <w:r>
        <w:t>): ________________________________________________</w:t>
      </w:r>
    </w:p>
    <w:p w14:paraId="3FCA7833" w14:textId="77777777" w:rsidR="002247CC" w:rsidRDefault="00C532AC" w:rsidP="002247CC">
      <w:pPr>
        <w:spacing w:after="0"/>
      </w:pPr>
      <w:r>
        <w:t xml:space="preserve">Email </w:t>
      </w:r>
      <w:proofErr w:type="spellStart"/>
      <w:r>
        <w:t>ordinaria</w:t>
      </w:r>
      <w:proofErr w:type="spellEnd"/>
      <w:r>
        <w:t>: ________________________________________________</w:t>
      </w:r>
    </w:p>
    <w:p w14:paraId="12A61EC9" w14:textId="77777777" w:rsidR="002247CC" w:rsidRDefault="002247CC" w:rsidP="002247CC">
      <w:pPr>
        <w:spacing w:after="0"/>
      </w:pPr>
    </w:p>
    <w:p w14:paraId="14F6053A" w14:textId="77777777" w:rsidR="002247CC" w:rsidRDefault="00C532AC" w:rsidP="002247CC">
      <w:pPr>
        <w:spacing w:after="0"/>
      </w:pPr>
      <w:r>
        <w:t>CHIEDE</w:t>
      </w:r>
    </w:p>
    <w:p w14:paraId="36B9FD04" w14:textId="7DD2A44C" w:rsidR="002E1FF3" w:rsidRDefault="00C532AC" w:rsidP="002247CC">
      <w:pPr>
        <w:spacing w:after="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ammesso</w:t>
      </w:r>
      <w:proofErr w:type="spellEnd"/>
      <w:r>
        <w:t xml:space="preserve">/a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selezione</w:t>
      </w:r>
      <w:proofErr w:type="spellEnd"/>
      <w:r>
        <w:t xml:space="preserve"> pubblica per la formazione della graduatoria di Farmacisti Collaboratori.</w:t>
      </w:r>
    </w:p>
    <w:p w14:paraId="13EE7ABE" w14:textId="77777777" w:rsidR="002247CC" w:rsidRDefault="002247CC" w:rsidP="002247CC">
      <w:pPr>
        <w:pStyle w:val="Titolo2"/>
        <w:spacing w:before="0"/>
      </w:pPr>
    </w:p>
    <w:p w14:paraId="182C45D1" w14:textId="725A795B" w:rsidR="002E1FF3" w:rsidRDefault="00C532AC" w:rsidP="002247CC">
      <w:pPr>
        <w:pStyle w:val="Titolo2"/>
        <w:spacing w:before="0"/>
      </w:pPr>
      <w:r>
        <w:t>DICHIARA SOTTO LA PROPRIA RESPONSABILITÀ</w:t>
      </w:r>
      <w:r w:rsidR="002247CC">
        <w:t xml:space="preserve"> </w:t>
      </w:r>
      <w:r w:rsidR="002247CC" w:rsidRPr="002247CC">
        <w:t xml:space="preserve">(ai sensi </w:t>
      </w:r>
      <w:proofErr w:type="spellStart"/>
      <w:r w:rsidR="002247CC" w:rsidRPr="002247CC">
        <w:t>degli</w:t>
      </w:r>
      <w:proofErr w:type="spellEnd"/>
      <w:r w:rsidR="002247CC" w:rsidRPr="002247CC">
        <w:t xml:space="preserve"> </w:t>
      </w:r>
      <w:proofErr w:type="spellStart"/>
      <w:r w:rsidR="002247CC" w:rsidRPr="002247CC">
        <w:t>artt</w:t>
      </w:r>
      <w:proofErr w:type="spellEnd"/>
      <w:r w:rsidR="002247CC" w:rsidRPr="002247CC">
        <w:t>. 46 e 47 DPR 445/2000)</w:t>
      </w:r>
    </w:p>
    <w:p w14:paraId="757F21B6" w14:textId="77777777" w:rsidR="002E1FF3" w:rsidRDefault="00C532AC" w:rsidP="002247CC">
      <w:pPr>
        <w:spacing w:after="0"/>
      </w:pPr>
      <w:r>
        <w:t>□ di essere cittadino/a italiano/a oppure di Stato membro UE (specificare): ____________________;</w:t>
      </w:r>
    </w:p>
    <w:p w14:paraId="293D4B90" w14:textId="77777777" w:rsidR="002E1FF3" w:rsidRDefault="00C532AC" w:rsidP="002247CC">
      <w:pPr>
        <w:spacing w:after="0"/>
      </w:pPr>
      <w:r>
        <w:t>□ di godere dei diritti civili e politici;</w:t>
      </w:r>
    </w:p>
    <w:p w14:paraId="2F88A450" w14:textId="77777777" w:rsidR="002E1FF3" w:rsidRDefault="00C532AC" w:rsidP="002247CC">
      <w:pPr>
        <w:spacing w:after="0"/>
      </w:pPr>
      <w:r>
        <w:t>□ di non essere escluso/a dall’elettorato attivo;</w:t>
      </w:r>
    </w:p>
    <w:p w14:paraId="2814521A" w14:textId="50AF728D" w:rsidR="002E1FF3" w:rsidRDefault="00C532AC" w:rsidP="002247CC">
      <w:pPr>
        <w:spacing w:after="0"/>
      </w:pPr>
      <w:r>
        <w:t xml:space="preserve">□ di non aver riportato condanne penali e di non avere </w:t>
      </w:r>
      <w:proofErr w:type="spellStart"/>
      <w:r>
        <w:t>procedimenti</w:t>
      </w:r>
      <w:proofErr w:type="spellEnd"/>
      <w:r>
        <w:t xml:space="preserve"> </w:t>
      </w:r>
      <w:proofErr w:type="spellStart"/>
      <w:r>
        <w:t>penali</w:t>
      </w:r>
      <w:proofErr w:type="spellEnd"/>
      <w:r>
        <w:t xml:space="preserve"> in </w:t>
      </w:r>
      <w:proofErr w:type="spellStart"/>
      <w:r>
        <w:t>corso</w:t>
      </w:r>
      <w:proofErr w:type="spellEnd"/>
      <w:r>
        <w:t xml:space="preserve"> (</w:t>
      </w:r>
      <w:proofErr w:type="spellStart"/>
      <w:r>
        <w:t>oppure</w:t>
      </w:r>
      <w:proofErr w:type="spellEnd"/>
      <w:r>
        <w:t xml:space="preserve"> </w:t>
      </w:r>
      <w:proofErr w:type="spellStart"/>
      <w:r>
        <w:t>specificare</w:t>
      </w:r>
      <w:proofErr w:type="spellEnd"/>
      <w:r>
        <w:t>):</w:t>
      </w:r>
      <w:r w:rsidR="002247CC">
        <w:t xml:space="preserve"> </w:t>
      </w:r>
      <w:r>
        <w:t>____________________</w:t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  <w:t>______________________________________</w:t>
      </w:r>
      <w:r>
        <w:t>;</w:t>
      </w:r>
    </w:p>
    <w:p w14:paraId="2E9E7C66" w14:textId="77777777" w:rsidR="002E1FF3" w:rsidRDefault="00C532AC" w:rsidP="002247CC">
      <w:pPr>
        <w:spacing w:after="0"/>
      </w:pPr>
      <w:r>
        <w:t>□ di non essere stato/a licenziato/a, destituito/a o dispensato/a da Pubblica Amministrazione o società partecipate;</w:t>
      </w:r>
    </w:p>
    <w:p w14:paraId="11171D70" w14:textId="77777777" w:rsidR="002E1FF3" w:rsidRDefault="00C532AC" w:rsidP="002247CC">
      <w:pPr>
        <w:spacing w:after="0"/>
      </w:pPr>
      <w:r>
        <w:t>□ di possedere idoneità psico-fisica alla mansione;</w:t>
      </w:r>
    </w:p>
    <w:p w14:paraId="3ED116FF" w14:textId="77777777" w:rsidR="002E1FF3" w:rsidRDefault="00C532AC" w:rsidP="002247CC">
      <w:pPr>
        <w:spacing w:after="0"/>
      </w:pPr>
      <w:r>
        <w:t>□ di non trovarsi in condizioni di incompatibilità o inconferibilità ex D.Lgs. 39/2013;</w:t>
      </w:r>
    </w:p>
    <w:p w14:paraId="766C0F26" w14:textId="77777777" w:rsidR="002E1FF3" w:rsidRDefault="00C532AC" w:rsidP="002247CC">
      <w:pPr>
        <w:spacing w:after="0"/>
      </w:pPr>
      <w:r>
        <w:t>□ di non essere in godimento di trattamento di quiescenza;</w:t>
      </w:r>
    </w:p>
    <w:p w14:paraId="2A8E0ED4" w14:textId="77777777" w:rsidR="002E1FF3" w:rsidRDefault="00C532AC" w:rsidP="002247CC">
      <w:pPr>
        <w:spacing w:after="0"/>
      </w:pPr>
      <w:r>
        <w:t>□ di non trovarsi nelle cause ostative di cui all’art. 35-bis D.Lgs. 165/2001;</w:t>
      </w:r>
    </w:p>
    <w:p w14:paraId="26DBB5C1" w14:textId="77777777" w:rsidR="002E1FF3" w:rsidRDefault="00C532AC" w:rsidP="002247CC">
      <w:pPr>
        <w:spacing w:after="0"/>
      </w:pPr>
      <w:r>
        <w:t>□ di possedere adeguata conoscenza della lingua italiana (per cittadini non italiani);</w:t>
      </w:r>
    </w:p>
    <w:p w14:paraId="55D885AD" w14:textId="77777777" w:rsidR="002E1FF3" w:rsidRDefault="00C532AC" w:rsidP="002247CC">
      <w:pPr>
        <w:spacing w:after="0"/>
      </w:pPr>
      <w:r>
        <w:t>□ di possedere conoscenza della lingua inglese;</w:t>
      </w:r>
    </w:p>
    <w:p w14:paraId="6E8D3282" w14:textId="77777777" w:rsidR="002E1FF3" w:rsidRDefault="00C532AC" w:rsidP="002247CC">
      <w:pPr>
        <w:spacing w:after="0"/>
      </w:pPr>
      <w:r>
        <w:t>□ di possedere conoscenze informatiche di base;</w:t>
      </w:r>
    </w:p>
    <w:p w14:paraId="39D79E50" w14:textId="77777777" w:rsidR="002E1FF3" w:rsidRDefault="00C532AC" w:rsidP="002247CC">
      <w:pPr>
        <w:spacing w:after="0"/>
      </w:pPr>
      <w:r>
        <w:t>□ di accettare integralmente e senza riserve tutte le condizioni del bando;</w:t>
      </w:r>
    </w:p>
    <w:p w14:paraId="27026B38" w14:textId="77777777" w:rsidR="002247CC" w:rsidRDefault="00C532AC" w:rsidP="002247CC">
      <w:pPr>
        <w:spacing w:after="0"/>
      </w:pPr>
      <w:r>
        <w:t xml:space="preserve">□ di impegnarsi a comunicare tempestivamente </w:t>
      </w:r>
      <w:proofErr w:type="spellStart"/>
      <w:r>
        <w:t>eventuali</w:t>
      </w:r>
      <w:proofErr w:type="spellEnd"/>
      <w:r>
        <w:t xml:space="preserve"> </w:t>
      </w:r>
      <w:proofErr w:type="spellStart"/>
      <w:r>
        <w:t>variazioni</w:t>
      </w:r>
      <w:proofErr w:type="spellEnd"/>
      <w:r>
        <w:t xml:space="preserve"> di </w:t>
      </w:r>
      <w:proofErr w:type="spellStart"/>
      <w:r>
        <w:t>indirizzo</w:t>
      </w:r>
      <w:proofErr w:type="spellEnd"/>
      <w:r>
        <w:t xml:space="preserve"> o PEC</w:t>
      </w:r>
    </w:p>
    <w:p w14:paraId="531BDCD7" w14:textId="77777777" w:rsidR="002247CC" w:rsidRDefault="002247CC" w:rsidP="002247CC">
      <w:pPr>
        <w:spacing w:after="0"/>
      </w:pPr>
    </w:p>
    <w:p w14:paraId="1C385AA1" w14:textId="22D7FD44" w:rsidR="002E1FF3" w:rsidRDefault="00C532AC" w:rsidP="002247CC">
      <w:pPr>
        <w:spacing w:after="0"/>
      </w:pPr>
      <w:r>
        <w:lastRenderedPageBreak/>
        <w:t>REQUISITI SPECIFICI</w:t>
      </w:r>
    </w:p>
    <w:p w14:paraId="5C01B372" w14:textId="54FD318C" w:rsidR="002E1FF3" w:rsidRDefault="00C532AC" w:rsidP="002247CC">
      <w:pPr>
        <w:spacing w:after="0"/>
      </w:pPr>
      <w:proofErr w:type="spellStart"/>
      <w:r>
        <w:t>Laurea</w:t>
      </w:r>
      <w:proofErr w:type="spellEnd"/>
      <w:r>
        <w:t xml:space="preserve"> in ________________________________________________</w:t>
      </w:r>
      <w:proofErr w:type="spellStart"/>
      <w:r>
        <w:t>Classe</w:t>
      </w:r>
      <w:proofErr w:type="spellEnd"/>
      <w:r>
        <w:t xml:space="preserve"> di </w:t>
      </w:r>
      <w:proofErr w:type="spellStart"/>
      <w:r>
        <w:t>laurea</w:t>
      </w:r>
      <w:proofErr w:type="spellEnd"/>
      <w:r>
        <w:t>: __________________________________________</w:t>
      </w:r>
    </w:p>
    <w:p w14:paraId="5BF3CDC5" w14:textId="77777777" w:rsidR="002247CC" w:rsidRDefault="00C532AC" w:rsidP="002247CC">
      <w:pPr>
        <w:spacing w:after="0"/>
      </w:pPr>
      <w:proofErr w:type="spellStart"/>
      <w:r>
        <w:t>Università</w:t>
      </w:r>
      <w:proofErr w:type="spellEnd"/>
      <w:r>
        <w:t>: ___________________________________________</w:t>
      </w:r>
      <w:r w:rsidR="002247CC">
        <w:t xml:space="preserve"> </w:t>
      </w:r>
      <w:r>
        <w:t xml:space="preserve">Data </w:t>
      </w:r>
      <w:proofErr w:type="spellStart"/>
      <w:r>
        <w:t>conseguimento</w:t>
      </w:r>
      <w:proofErr w:type="spellEnd"/>
      <w:r>
        <w:t>: ____ / ____ / ______</w:t>
      </w:r>
    </w:p>
    <w:p w14:paraId="1EDC85BD" w14:textId="73D560E9" w:rsidR="002E1FF3" w:rsidRDefault="00C532AC" w:rsidP="002247CC">
      <w:pPr>
        <w:spacing w:after="0"/>
      </w:pPr>
      <w:proofErr w:type="spellStart"/>
      <w:r>
        <w:t>Votazione</w:t>
      </w:r>
      <w:proofErr w:type="spellEnd"/>
      <w:r>
        <w:t>: ______ / 110</w:t>
      </w:r>
    </w:p>
    <w:p w14:paraId="0D0357E3" w14:textId="77777777" w:rsidR="002E1FF3" w:rsidRDefault="00C532AC" w:rsidP="002247CC">
      <w:pPr>
        <w:spacing w:after="0"/>
      </w:pPr>
      <w:r>
        <w:t>□ di essere abilitato/a all’esercizio della professione di Farmacista;</w:t>
      </w:r>
    </w:p>
    <w:p w14:paraId="544F6A18" w14:textId="77777777" w:rsidR="002E1FF3" w:rsidRDefault="00C532AC" w:rsidP="002247CC">
      <w:pPr>
        <w:spacing w:after="0"/>
      </w:pPr>
      <w:r>
        <w:t>□ di essere iscritto/a all’Albo dei Farmacisti (Provincia): __________________ n. ______</w:t>
      </w:r>
    </w:p>
    <w:p w14:paraId="05A5F144" w14:textId="77777777" w:rsidR="002E1FF3" w:rsidRDefault="00C532AC" w:rsidP="002247CC">
      <w:pPr>
        <w:pStyle w:val="Titolo2"/>
        <w:spacing w:before="0"/>
      </w:pPr>
      <w:r>
        <w:br/>
        <w:t>TITOLI DI SERVIZIO (dettagliare per ciascun rapporto)</w:t>
      </w:r>
    </w:p>
    <w:p w14:paraId="4A256950" w14:textId="77777777" w:rsidR="002E1FF3" w:rsidRDefault="00C532AC" w:rsidP="002247CC">
      <w:pPr>
        <w:spacing w:after="0"/>
      </w:pPr>
      <w:bookmarkStart w:id="0" w:name="_Hlk222408910"/>
      <w:r>
        <w:t>Ente/Azienda: ________________________________________________</w:t>
      </w:r>
    </w:p>
    <w:p w14:paraId="1845F0F7" w14:textId="77777777" w:rsidR="002E1FF3" w:rsidRDefault="00C532AC" w:rsidP="002247CC">
      <w:pPr>
        <w:spacing w:after="0"/>
      </w:pPr>
      <w:r>
        <w:t>Tipologia (Farmacia/Parafarmacia/Ente pubblico/Privato): ____________________</w:t>
      </w:r>
    </w:p>
    <w:p w14:paraId="4E39F179" w14:textId="77777777" w:rsidR="002E1FF3" w:rsidRDefault="00C532AC" w:rsidP="002247CC">
      <w:pPr>
        <w:spacing w:after="0"/>
      </w:pPr>
      <w:r>
        <w:t>Profilo professionale e livello: __________________________________________</w:t>
      </w:r>
    </w:p>
    <w:p w14:paraId="1FF17C36" w14:textId="7E03F63D" w:rsidR="002E1FF3" w:rsidRDefault="00C532AC" w:rsidP="002247CC">
      <w:pPr>
        <w:spacing w:after="0"/>
      </w:pPr>
      <w:r>
        <w:t>Periodo: dal ____ / ____ / ______ al ____ / ____ / ______</w:t>
      </w:r>
    </w:p>
    <w:p w14:paraId="12D29766" w14:textId="77777777" w:rsidR="002247CC" w:rsidRDefault="002247CC" w:rsidP="002247CC">
      <w:pPr>
        <w:spacing w:after="0"/>
      </w:pPr>
    </w:p>
    <w:p w14:paraId="794330DF" w14:textId="605E0AD6" w:rsidR="002247CC" w:rsidRDefault="002247CC" w:rsidP="002247CC">
      <w:pPr>
        <w:spacing w:after="0"/>
      </w:pPr>
      <w:proofErr w:type="spellStart"/>
      <w:r>
        <w:t>Ente</w:t>
      </w:r>
      <w:proofErr w:type="spellEnd"/>
      <w:r>
        <w:t>/</w:t>
      </w:r>
      <w:proofErr w:type="spellStart"/>
      <w:r>
        <w:t>Azienda</w:t>
      </w:r>
      <w:proofErr w:type="spellEnd"/>
      <w:r>
        <w:t>: ________________________________________________</w:t>
      </w:r>
    </w:p>
    <w:p w14:paraId="21B6DD2A" w14:textId="77777777" w:rsidR="002247CC" w:rsidRDefault="002247CC" w:rsidP="002247CC">
      <w:pPr>
        <w:spacing w:after="0"/>
      </w:pPr>
      <w:proofErr w:type="spellStart"/>
      <w:r>
        <w:t>Tipologia</w:t>
      </w:r>
      <w:proofErr w:type="spellEnd"/>
      <w:r>
        <w:t xml:space="preserve"> (</w:t>
      </w:r>
      <w:proofErr w:type="spellStart"/>
      <w:r>
        <w:t>Farmacia</w:t>
      </w:r>
      <w:proofErr w:type="spellEnd"/>
      <w:r>
        <w:t>/</w:t>
      </w:r>
      <w:proofErr w:type="spellStart"/>
      <w:r>
        <w:t>Parafarmacia</w:t>
      </w:r>
      <w:proofErr w:type="spellEnd"/>
      <w:r>
        <w:t>/</w:t>
      </w:r>
      <w:proofErr w:type="spellStart"/>
      <w:r>
        <w:t>Ente</w:t>
      </w:r>
      <w:proofErr w:type="spellEnd"/>
      <w:r>
        <w:t xml:space="preserve"> </w:t>
      </w:r>
      <w:proofErr w:type="spellStart"/>
      <w:r>
        <w:t>pubblico</w:t>
      </w:r>
      <w:proofErr w:type="spellEnd"/>
      <w:r>
        <w:t>/</w:t>
      </w:r>
      <w:proofErr w:type="spellStart"/>
      <w:r>
        <w:t>Privato</w:t>
      </w:r>
      <w:proofErr w:type="spellEnd"/>
      <w:r>
        <w:t>): ____________________</w:t>
      </w:r>
    </w:p>
    <w:p w14:paraId="7F4F5B5C" w14:textId="77777777" w:rsidR="002247CC" w:rsidRDefault="002247CC" w:rsidP="002247CC">
      <w:pPr>
        <w:spacing w:after="0"/>
      </w:pPr>
      <w:proofErr w:type="spellStart"/>
      <w:r>
        <w:t>Profilo</w:t>
      </w:r>
      <w:proofErr w:type="spellEnd"/>
      <w:r>
        <w:t xml:space="preserve"> </w:t>
      </w:r>
      <w:proofErr w:type="spellStart"/>
      <w:r>
        <w:t>professionale</w:t>
      </w:r>
      <w:proofErr w:type="spellEnd"/>
      <w:r>
        <w:t xml:space="preserve"> e </w:t>
      </w:r>
      <w:proofErr w:type="spellStart"/>
      <w:r>
        <w:t>livello</w:t>
      </w:r>
      <w:proofErr w:type="spellEnd"/>
      <w:r>
        <w:t>: __________________________________________</w:t>
      </w:r>
    </w:p>
    <w:p w14:paraId="2270E716" w14:textId="77777777" w:rsidR="002247CC" w:rsidRDefault="002247CC" w:rsidP="002247CC">
      <w:pPr>
        <w:spacing w:after="0"/>
      </w:pPr>
      <w:proofErr w:type="spellStart"/>
      <w:r>
        <w:t>Periodo</w:t>
      </w:r>
      <w:proofErr w:type="spellEnd"/>
      <w:r>
        <w:t>: dal ____ / ____ / ______ al ____ / ____ / ______</w:t>
      </w:r>
    </w:p>
    <w:p w14:paraId="790A8D60" w14:textId="3406EDDC" w:rsidR="002247CC" w:rsidRDefault="002247CC" w:rsidP="002247CC">
      <w:pPr>
        <w:spacing w:after="0"/>
      </w:pPr>
    </w:p>
    <w:p w14:paraId="493850A1" w14:textId="77777777" w:rsidR="002247CC" w:rsidRPr="002247CC" w:rsidRDefault="002247CC" w:rsidP="002247CC">
      <w:pPr>
        <w:spacing w:after="0"/>
      </w:pPr>
      <w:proofErr w:type="spellStart"/>
      <w:r w:rsidRPr="002247CC">
        <w:t>Ente</w:t>
      </w:r>
      <w:proofErr w:type="spellEnd"/>
      <w:r w:rsidRPr="002247CC">
        <w:t>/</w:t>
      </w:r>
      <w:proofErr w:type="spellStart"/>
      <w:r w:rsidRPr="002247CC">
        <w:t>Azienda</w:t>
      </w:r>
      <w:proofErr w:type="spellEnd"/>
      <w:r w:rsidRPr="002247CC">
        <w:t>: ________________________________________________</w:t>
      </w:r>
    </w:p>
    <w:p w14:paraId="107A1259" w14:textId="77777777" w:rsidR="002247CC" w:rsidRPr="002247CC" w:rsidRDefault="002247CC" w:rsidP="002247CC">
      <w:pPr>
        <w:spacing w:after="0"/>
      </w:pPr>
      <w:proofErr w:type="spellStart"/>
      <w:r w:rsidRPr="002247CC">
        <w:t>Tipologia</w:t>
      </w:r>
      <w:proofErr w:type="spellEnd"/>
      <w:r w:rsidRPr="002247CC">
        <w:t xml:space="preserve"> (</w:t>
      </w:r>
      <w:proofErr w:type="spellStart"/>
      <w:r w:rsidRPr="002247CC">
        <w:t>Farmacia</w:t>
      </w:r>
      <w:proofErr w:type="spellEnd"/>
      <w:r w:rsidRPr="002247CC">
        <w:t>/</w:t>
      </w:r>
      <w:proofErr w:type="spellStart"/>
      <w:r w:rsidRPr="002247CC">
        <w:t>Parafarmacia</w:t>
      </w:r>
      <w:proofErr w:type="spellEnd"/>
      <w:r w:rsidRPr="002247CC">
        <w:t>/</w:t>
      </w:r>
      <w:proofErr w:type="spellStart"/>
      <w:r w:rsidRPr="002247CC">
        <w:t>Ente</w:t>
      </w:r>
      <w:proofErr w:type="spellEnd"/>
      <w:r w:rsidRPr="002247CC">
        <w:t xml:space="preserve"> </w:t>
      </w:r>
      <w:proofErr w:type="spellStart"/>
      <w:r w:rsidRPr="002247CC">
        <w:t>pubblico</w:t>
      </w:r>
      <w:proofErr w:type="spellEnd"/>
      <w:r w:rsidRPr="002247CC">
        <w:t>/</w:t>
      </w:r>
      <w:proofErr w:type="spellStart"/>
      <w:r w:rsidRPr="002247CC">
        <w:t>Privato</w:t>
      </w:r>
      <w:proofErr w:type="spellEnd"/>
      <w:r w:rsidRPr="002247CC">
        <w:t>): ____________________</w:t>
      </w:r>
    </w:p>
    <w:p w14:paraId="361E9C5A" w14:textId="77777777" w:rsidR="002247CC" w:rsidRPr="002247CC" w:rsidRDefault="002247CC" w:rsidP="002247CC">
      <w:pPr>
        <w:spacing w:after="0"/>
      </w:pPr>
      <w:proofErr w:type="spellStart"/>
      <w:r w:rsidRPr="002247CC">
        <w:t>Profilo</w:t>
      </w:r>
      <w:proofErr w:type="spellEnd"/>
      <w:r w:rsidRPr="002247CC">
        <w:t xml:space="preserve"> </w:t>
      </w:r>
      <w:proofErr w:type="spellStart"/>
      <w:r w:rsidRPr="002247CC">
        <w:t>professionale</w:t>
      </w:r>
      <w:proofErr w:type="spellEnd"/>
      <w:r w:rsidRPr="002247CC">
        <w:t xml:space="preserve"> e </w:t>
      </w:r>
      <w:proofErr w:type="spellStart"/>
      <w:r w:rsidRPr="002247CC">
        <w:t>livello</w:t>
      </w:r>
      <w:proofErr w:type="spellEnd"/>
      <w:r w:rsidRPr="002247CC">
        <w:t>: __________________________________________</w:t>
      </w:r>
    </w:p>
    <w:p w14:paraId="4F60EF21" w14:textId="77777777" w:rsidR="002247CC" w:rsidRPr="002247CC" w:rsidRDefault="002247CC" w:rsidP="002247CC">
      <w:pPr>
        <w:spacing w:after="0"/>
      </w:pPr>
      <w:proofErr w:type="spellStart"/>
      <w:r w:rsidRPr="002247CC">
        <w:t>Periodo</w:t>
      </w:r>
      <w:proofErr w:type="spellEnd"/>
      <w:r w:rsidRPr="002247CC">
        <w:t>: dal ____ / ____ / ______ al ____ / ____ / ______</w:t>
      </w:r>
    </w:p>
    <w:bookmarkEnd w:id="0"/>
    <w:p w14:paraId="08DFE78B" w14:textId="77777777" w:rsidR="002247CC" w:rsidRDefault="002247CC" w:rsidP="002247CC">
      <w:pPr>
        <w:spacing w:after="0"/>
      </w:pPr>
    </w:p>
    <w:p w14:paraId="499140C0" w14:textId="77777777" w:rsidR="002247CC" w:rsidRDefault="002247CC" w:rsidP="002247CC">
      <w:pPr>
        <w:spacing w:after="0"/>
      </w:pPr>
      <w:proofErr w:type="spellStart"/>
      <w:r>
        <w:t>Ente</w:t>
      </w:r>
      <w:proofErr w:type="spellEnd"/>
      <w:r>
        <w:t>/</w:t>
      </w:r>
      <w:proofErr w:type="spellStart"/>
      <w:r>
        <w:t>Azienda</w:t>
      </w:r>
      <w:proofErr w:type="spellEnd"/>
      <w:r>
        <w:t>: ________________________________________________</w:t>
      </w:r>
    </w:p>
    <w:p w14:paraId="646DDDF0" w14:textId="77777777" w:rsidR="002247CC" w:rsidRDefault="002247CC" w:rsidP="002247CC">
      <w:pPr>
        <w:spacing w:after="0"/>
      </w:pPr>
      <w:proofErr w:type="spellStart"/>
      <w:r>
        <w:t>Tipologia</w:t>
      </w:r>
      <w:proofErr w:type="spellEnd"/>
      <w:r>
        <w:t xml:space="preserve"> (</w:t>
      </w:r>
      <w:proofErr w:type="spellStart"/>
      <w:r>
        <w:t>Farmacia</w:t>
      </w:r>
      <w:proofErr w:type="spellEnd"/>
      <w:r>
        <w:t>/</w:t>
      </w:r>
      <w:proofErr w:type="spellStart"/>
      <w:r>
        <w:t>Parafarmacia</w:t>
      </w:r>
      <w:proofErr w:type="spellEnd"/>
      <w:r>
        <w:t>/</w:t>
      </w:r>
      <w:proofErr w:type="spellStart"/>
      <w:r>
        <w:t>Ente</w:t>
      </w:r>
      <w:proofErr w:type="spellEnd"/>
      <w:r>
        <w:t xml:space="preserve"> </w:t>
      </w:r>
      <w:proofErr w:type="spellStart"/>
      <w:r>
        <w:t>pubblico</w:t>
      </w:r>
      <w:proofErr w:type="spellEnd"/>
      <w:r>
        <w:t>/</w:t>
      </w:r>
      <w:proofErr w:type="spellStart"/>
      <w:r>
        <w:t>Privato</w:t>
      </w:r>
      <w:proofErr w:type="spellEnd"/>
      <w:r>
        <w:t>): ____________________</w:t>
      </w:r>
    </w:p>
    <w:p w14:paraId="65E8385F" w14:textId="77777777" w:rsidR="002247CC" w:rsidRDefault="002247CC" w:rsidP="002247CC">
      <w:pPr>
        <w:spacing w:after="0"/>
      </w:pPr>
      <w:proofErr w:type="spellStart"/>
      <w:r>
        <w:t>Profilo</w:t>
      </w:r>
      <w:proofErr w:type="spellEnd"/>
      <w:r>
        <w:t xml:space="preserve"> </w:t>
      </w:r>
      <w:proofErr w:type="spellStart"/>
      <w:r>
        <w:t>professionale</w:t>
      </w:r>
      <w:proofErr w:type="spellEnd"/>
      <w:r>
        <w:t xml:space="preserve"> e </w:t>
      </w:r>
      <w:proofErr w:type="spellStart"/>
      <w:r>
        <w:t>livello</w:t>
      </w:r>
      <w:proofErr w:type="spellEnd"/>
      <w:r>
        <w:t>: __________________________________________</w:t>
      </w:r>
    </w:p>
    <w:p w14:paraId="18C77BD7" w14:textId="77777777" w:rsidR="002247CC" w:rsidRDefault="002247CC" w:rsidP="002247CC">
      <w:pPr>
        <w:spacing w:after="0"/>
      </w:pPr>
      <w:proofErr w:type="spellStart"/>
      <w:r>
        <w:t>Periodo</w:t>
      </w:r>
      <w:proofErr w:type="spellEnd"/>
      <w:r>
        <w:t>: dal ____ / ____ / ______ al ____ / ____ / ______</w:t>
      </w:r>
    </w:p>
    <w:p w14:paraId="37E6AD17" w14:textId="77777777" w:rsidR="002247CC" w:rsidRDefault="002247CC" w:rsidP="002247CC">
      <w:pPr>
        <w:spacing w:after="0"/>
      </w:pPr>
    </w:p>
    <w:p w14:paraId="278B17DC" w14:textId="77777777" w:rsidR="002247CC" w:rsidRDefault="002247CC" w:rsidP="002247CC">
      <w:pPr>
        <w:spacing w:after="0"/>
      </w:pPr>
      <w:proofErr w:type="spellStart"/>
      <w:r>
        <w:t>Ente</w:t>
      </w:r>
      <w:proofErr w:type="spellEnd"/>
      <w:r>
        <w:t>/</w:t>
      </w:r>
      <w:proofErr w:type="spellStart"/>
      <w:r>
        <w:t>Azienda</w:t>
      </w:r>
      <w:proofErr w:type="spellEnd"/>
      <w:r>
        <w:t>: ________________________________________________</w:t>
      </w:r>
    </w:p>
    <w:p w14:paraId="1E1F17DC" w14:textId="77777777" w:rsidR="002247CC" w:rsidRDefault="002247CC" w:rsidP="002247CC">
      <w:pPr>
        <w:spacing w:after="0"/>
      </w:pPr>
      <w:proofErr w:type="spellStart"/>
      <w:r>
        <w:t>Tipologia</w:t>
      </w:r>
      <w:proofErr w:type="spellEnd"/>
      <w:r>
        <w:t xml:space="preserve"> (</w:t>
      </w:r>
      <w:proofErr w:type="spellStart"/>
      <w:r>
        <w:t>Farmacia</w:t>
      </w:r>
      <w:proofErr w:type="spellEnd"/>
      <w:r>
        <w:t>/</w:t>
      </w:r>
      <w:proofErr w:type="spellStart"/>
      <w:r>
        <w:t>Parafarmacia</w:t>
      </w:r>
      <w:proofErr w:type="spellEnd"/>
      <w:r>
        <w:t>/</w:t>
      </w:r>
      <w:proofErr w:type="spellStart"/>
      <w:r>
        <w:t>Ente</w:t>
      </w:r>
      <w:proofErr w:type="spellEnd"/>
      <w:r>
        <w:t xml:space="preserve"> </w:t>
      </w:r>
      <w:proofErr w:type="spellStart"/>
      <w:r>
        <w:t>pubblico</w:t>
      </w:r>
      <w:proofErr w:type="spellEnd"/>
      <w:r>
        <w:t>/</w:t>
      </w:r>
      <w:proofErr w:type="spellStart"/>
      <w:r>
        <w:t>Privato</w:t>
      </w:r>
      <w:proofErr w:type="spellEnd"/>
      <w:r>
        <w:t>): ____________________</w:t>
      </w:r>
    </w:p>
    <w:p w14:paraId="29E30A98" w14:textId="77777777" w:rsidR="002247CC" w:rsidRDefault="002247CC" w:rsidP="002247CC">
      <w:pPr>
        <w:spacing w:after="0"/>
      </w:pPr>
      <w:proofErr w:type="spellStart"/>
      <w:r>
        <w:t>Profilo</w:t>
      </w:r>
      <w:proofErr w:type="spellEnd"/>
      <w:r>
        <w:t xml:space="preserve"> </w:t>
      </w:r>
      <w:proofErr w:type="spellStart"/>
      <w:r>
        <w:t>professionale</w:t>
      </w:r>
      <w:proofErr w:type="spellEnd"/>
      <w:r>
        <w:t xml:space="preserve"> e </w:t>
      </w:r>
      <w:proofErr w:type="spellStart"/>
      <w:r>
        <w:t>livello</w:t>
      </w:r>
      <w:proofErr w:type="spellEnd"/>
      <w:r>
        <w:t>: __________________________________________</w:t>
      </w:r>
    </w:p>
    <w:p w14:paraId="061A417D" w14:textId="77777777" w:rsidR="002247CC" w:rsidRDefault="002247CC" w:rsidP="002247CC">
      <w:pPr>
        <w:spacing w:after="0"/>
      </w:pPr>
      <w:proofErr w:type="spellStart"/>
      <w:r>
        <w:t>Periodo</w:t>
      </w:r>
      <w:proofErr w:type="spellEnd"/>
      <w:r>
        <w:t>: dal ____ / ____ / ______ al ____ / ____ / ______</w:t>
      </w:r>
    </w:p>
    <w:p w14:paraId="384F0AD6" w14:textId="77777777" w:rsidR="002247CC" w:rsidRDefault="002247CC" w:rsidP="002247CC">
      <w:pPr>
        <w:spacing w:after="0"/>
      </w:pPr>
    </w:p>
    <w:p w14:paraId="4B5F96F2" w14:textId="77777777" w:rsidR="002247CC" w:rsidRPr="002247CC" w:rsidRDefault="002247CC" w:rsidP="002247CC">
      <w:pPr>
        <w:spacing w:after="0"/>
      </w:pPr>
      <w:proofErr w:type="spellStart"/>
      <w:r w:rsidRPr="002247CC">
        <w:t>Ente</w:t>
      </w:r>
      <w:proofErr w:type="spellEnd"/>
      <w:r w:rsidRPr="002247CC">
        <w:t>/</w:t>
      </w:r>
      <w:proofErr w:type="spellStart"/>
      <w:r w:rsidRPr="002247CC">
        <w:t>Azienda</w:t>
      </w:r>
      <w:proofErr w:type="spellEnd"/>
      <w:r w:rsidRPr="002247CC">
        <w:t>: ________________________________________________</w:t>
      </w:r>
    </w:p>
    <w:p w14:paraId="2D2EAEA3" w14:textId="77777777" w:rsidR="002247CC" w:rsidRPr="002247CC" w:rsidRDefault="002247CC" w:rsidP="002247CC">
      <w:pPr>
        <w:spacing w:after="0"/>
      </w:pPr>
      <w:proofErr w:type="spellStart"/>
      <w:r w:rsidRPr="002247CC">
        <w:t>Tipologia</w:t>
      </w:r>
      <w:proofErr w:type="spellEnd"/>
      <w:r w:rsidRPr="002247CC">
        <w:t xml:space="preserve"> (</w:t>
      </w:r>
      <w:proofErr w:type="spellStart"/>
      <w:r w:rsidRPr="002247CC">
        <w:t>Farmacia</w:t>
      </w:r>
      <w:proofErr w:type="spellEnd"/>
      <w:r w:rsidRPr="002247CC">
        <w:t>/</w:t>
      </w:r>
      <w:proofErr w:type="spellStart"/>
      <w:r w:rsidRPr="002247CC">
        <w:t>Parafarmacia</w:t>
      </w:r>
      <w:proofErr w:type="spellEnd"/>
      <w:r w:rsidRPr="002247CC">
        <w:t>/</w:t>
      </w:r>
      <w:proofErr w:type="spellStart"/>
      <w:r w:rsidRPr="002247CC">
        <w:t>Ente</w:t>
      </w:r>
      <w:proofErr w:type="spellEnd"/>
      <w:r w:rsidRPr="002247CC">
        <w:t xml:space="preserve"> </w:t>
      </w:r>
      <w:proofErr w:type="spellStart"/>
      <w:r w:rsidRPr="002247CC">
        <w:t>pubblico</w:t>
      </w:r>
      <w:proofErr w:type="spellEnd"/>
      <w:r w:rsidRPr="002247CC">
        <w:t>/</w:t>
      </w:r>
      <w:proofErr w:type="spellStart"/>
      <w:r w:rsidRPr="002247CC">
        <w:t>Privato</w:t>
      </w:r>
      <w:proofErr w:type="spellEnd"/>
      <w:r w:rsidRPr="002247CC">
        <w:t>): ____________________</w:t>
      </w:r>
    </w:p>
    <w:p w14:paraId="72EE6C31" w14:textId="77777777" w:rsidR="002247CC" w:rsidRPr="002247CC" w:rsidRDefault="002247CC" w:rsidP="002247CC">
      <w:pPr>
        <w:spacing w:after="0"/>
      </w:pPr>
      <w:proofErr w:type="spellStart"/>
      <w:r w:rsidRPr="002247CC">
        <w:t>Profilo</w:t>
      </w:r>
      <w:proofErr w:type="spellEnd"/>
      <w:r w:rsidRPr="002247CC">
        <w:t xml:space="preserve"> </w:t>
      </w:r>
      <w:proofErr w:type="spellStart"/>
      <w:r w:rsidRPr="002247CC">
        <w:t>professionale</w:t>
      </w:r>
      <w:proofErr w:type="spellEnd"/>
      <w:r w:rsidRPr="002247CC">
        <w:t xml:space="preserve"> e </w:t>
      </w:r>
      <w:proofErr w:type="spellStart"/>
      <w:r w:rsidRPr="002247CC">
        <w:t>livello</w:t>
      </w:r>
      <w:proofErr w:type="spellEnd"/>
      <w:r w:rsidRPr="002247CC">
        <w:t>: __________________________________________</w:t>
      </w:r>
    </w:p>
    <w:p w14:paraId="3FB990DB" w14:textId="77777777" w:rsidR="002247CC" w:rsidRPr="002247CC" w:rsidRDefault="002247CC" w:rsidP="002247CC">
      <w:pPr>
        <w:spacing w:after="0"/>
      </w:pPr>
      <w:proofErr w:type="spellStart"/>
      <w:r w:rsidRPr="002247CC">
        <w:t>Periodo</w:t>
      </w:r>
      <w:proofErr w:type="spellEnd"/>
      <w:r w:rsidRPr="002247CC">
        <w:t>: dal ____ / ____ / ______ al ____ / ____ / ______</w:t>
      </w:r>
    </w:p>
    <w:p w14:paraId="6A761369" w14:textId="77777777" w:rsidR="002E1FF3" w:rsidRDefault="00C532AC" w:rsidP="002247CC">
      <w:pPr>
        <w:pStyle w:val="Titolo2"/>
        <w:spacing w:before="0"/>
      </w:pPr>
      <w:r>
        <w:br/>
        <w:t>TITOLI DI STUDIO E ULTERIORI TITOLI VALUTABILI</w:t>
      </w:r>
    </w:p>
    <w:p w14:paraId="4ED3A585" w14:textId="77777777" w:rsidR="002E1FF3" w:rsidRDefault="00C532AC" w:rsidP="002247CC">
      <w:pPr>
        <w:spacing w:after="0"/>
      </w:pPr>
      <w:r>
        <w:t>Certificazione lingua inglese (specificare): ____________________________;</w:t>
      </w:r>
    </w:p>
    <w:p w14:paraId="2881BB41" w14:textId="77777777" w:rsidR="002E1FF3" w:rsidRDefault="00C532AC" w:rsidP="002247CC">
      <w:pPr>
        <w:spacing w:after="0"/>
      </w:pPr>
      <w:r>
        <w:t>Certificazione ECDL/ICDL: ____________________________;</w:t>
      </w:r>
    </w:p>
    <w:p w14:paraId="13F98196" w14:textId="77777777" w:rsidR="002E1FF3" w:rsidRDefault="00C532AC" w:rsidP="002247CC">
      <w:pPr>
        <w:spacing w:after="0"/>
      </w:pPr>
      <w:r>
        <w:t>Master universitario (specificare): ____________________________;</w:t>
      </w:r>
    </w:p>
    <w:p w14:paraId="65ED0A37" w14:textId="77777777" w:rsidR="002E1FF3" w:rsidRDefault="00C532AC" w:rsidP="002247CC">
      <w:pPr>
        <w:spacing w:after="0"/>
      </w:pPr>
      <w:r>
        <w:t>Altri corsi/attestati attinenti: ____________________________;</w:t>
      </w:r>
    </w:p>
    <w:p w14:paraId="51ADDF0F" w14:textId="77777777" w:rsidR="002E1FF3" w:rsidRDefault="00C532AC" w:rsidP="002247CC">
      <w:pPr>
        <w:pStyle w:val="Titolo2"/>
        <w:spacing w:before="0"/>
      </w:pPr>
      <w:r>
        <w:lastRenderedPageBreak/>
        <w:br/>
        <w:t>TITOLI DI PREFERENZA (Allegato 1 del bando)</w:t>
      </w:r>
    </w:p>
    <w:p w14:paraId="16531EB0" w14:textId="77777777" w:rsidR="002E1FF3" w:rsidRDefault="00C532AC" w:rsidP="002247CC">
      <w:pPr>
        <w:spacing w:after="0"/>
      </w:pPr>
      <w:r>
        <w:t>Il/La sottoscritto/a dichiara di possedere i seguenti titoli di preferenza:</w:t>
      </w:r>
    </w:p>
    <w:p w14:paraId="0DCD106B" w14:textId="7B8B45B7" w:rsidR="002E1FF3" w:rsidRDefault="00C532AC" w:rsidP="002247CC">
      <w:pPr>
        <w:spacing w:after="0"/>
      </w:pPr>
      <w:r>
        <w:t>_________________</w:t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</w:r>
      <w:r w:rsidR="002247CC">
        <w:softHyphen/>
        <w:t>__________________________________________________________</w:t>
      </w:r>
      <w:r>
        <w:t>_____________________________________________</w:t>
      </w:r>
    </w:p>
    <w:p w14:paraId="0EFBA17B" w14:textId="77777777" w:rsidR="002E1FF3" w:rsidRDefault="00C532AC" w:rsidP="002247CC">
      <w:pPr>
        <w:pStyle w:val="Titolo2"/>
        <w:spacing w:before="0"/>
      </w:pPr>
      <w:r>
        <w:br/>
        <w:t>AUSILI E TEMPI AGGIUNTIVI (L.104/1992 – L.170/2010)</w:t>
      </w:r>
    </w:p>
    <w:p w14:paraId="666E9F88" w14:textId="77777777" w:rsidR="002E1FF3" w:rsidRDefault="00C532AC" w:rsidP="002247CC">
      <w:pPr>
        <w:spacing w:after="0"/>
      </w:pPr>
      <w:r>
        <w:t>Eventuali ausili richiesti: ________________________________________________</w:t>
      </w:r>
    </w:p>
    <w:p w14:paraId="3CEB18EC" w14:textId="77777777" w:rsidR="002E1FF3" w:rsidRDefault="00C532AC" w:rsidP="002247CC">
      <w:pPr>
        <w:spacing w:after="0"/>
      </w:pPr>
      <w:r>
        <w:t>Tempi aggiuntivi richiesti: ________________________________________________</w:t>
      </w:r>
    </w:p>
    <w:p w14:paraId="2227DA85" w14:textId="77777777" w:rsidR="002E1FF3" w:rsidRDefault="00C532AC" w:rsidP="002247CC">
      <w:pPr>
        <w:spacing w:after="0"/>
      </w:pPr>
      <w:r>
        <w:t>(Allegare certificazione sanitaria)</w:t>
      </w:r>
    </w:p>
    <w:p w14:paraId="6DF6F06A" w14:textId="77777777" w:rsidR="002E1FF3" w:rsidRDefault="00C532AC" w:rsidP="002247CC">
      <w:pPr>
        <w:pStyle w:val="Titolo2"/>
        <w:spacing w:before="0"/>
      </w:pPr>
      <w:r>
        <w:br/>
        <w:t>ALLEGATI OBBLIGATORI</w:t>
      </w:r>
    </w:p>
    <w:p w14:paraId="3571F304" w14:textId="77777777" w:rsidR="002E1FF3" w:rsidRDefault="00C532AC" w:rsidP="002247CC">
      <w:pPr>
        <w:spacing w:after="0"/>
      </w:pPr>
      <w:r>
        <w:t>□ Curriculum vitae datato e firmato;</w:t>
      </w:r>
    </w:p>
    <w:p w14:paraId="6F84B87E" w14:textId="77777777" w:rsidR="002E1FF3" w:rsidRDefault="00C532AC" w:rsidP="002247CC">
      <w:pPr>
        <w:spacing w:after="0"/>
      </w:pPr>
      <w:r>
        <w:t>□ Copia documento di identità in corso di validità;</w:t>
      </w:r>
    </w:p>
    <w:p w14:paraId="51A6A405" w14:textId="77777777" w:rsidR="002E1FF3" w:rsidRDefault="00C532AC" w:rsidP="002247CC">
      <w:pPr>
        <w:spacing w:after="0"/>
      </w:pPr>
      <w:r>
        <w:t>□ Ricevuta versamento contributo € 30,00;</w:t>
      </w:r>
    </w:p>
    <w:p w14:paraId="00EF438A" w14:textId="77777777" w:rsidR="002E1FF3" w:rsidRDefault="00C532AC" w:rsidP="002247CC">
      <w:pPr>
        <w:spacing w:after="0"/>
      </w:pPr>
      <w:r>
        <w:t>□ Documentazione titoli di preferenza (se dichiarati);</w:t>
      </w:r>
    </w:p>
    <w:p w14:paraId="75FEB1F0" w14:textId="77777777" w:rsidR="002E1FF3" w:rsidRDefault="00C532AC" w:rsidP="002247CC">
      <w:pPr>
        <w:spacing w:after="0"/>
      </w:pPr>
      <w:r>
        <w:t>□ Certificazione medica (se richiesta).</w:t>
      </w:r>
    </w:p>
    <w:p w14:paraId="46FD35DB" w14:textId="77777777" w:rsidR="002E1FF3" w:rsidRDefault="00C532AC" w:rsidP="002247CC">
      <w:pPr>
        <w:spacing w:after="0"/>
      </w:pPr>
      <w:r>
        <w:br/>
        <w:t>Il/La sottoscritto/a dichiara di aver preso visione dell’informativa sul trattamento dei dati personali contenuta nel bando di selezione e di autorizzare il trattamento dei dati ai sensi del Regolamento UE 2016/679 (GDPR).</w:t>
      </w:r>
    </w:p>
    <w:p w14:paraId="7B07E6B3" w14:textId="57F09897" w:rsidR="002E1FF3" w:rsidRDefault="00C532AC" w:rsidP="002247CC">
      <w:pPr>
        <w:spacing w:after="0"/>
      </w:pPr>
      <w:r>
        <w:br/>
      </w:r>
      <w:proofErr w:type="spellStart"/>
      <w:r>
        <w:t>Luogo</w:t>
      </w:r>
      <w:proofErr w:type="spellEnd"/>
      <w:r>
        <w:t xml:space="preserve"> e Data: _____________________________</w:t>
      </w:r>
    </w:p>
    <w:p w14:paraId="441AB1A5" w14:textId="77777777" w:rsidR="00AC5E1A" w:rsidRDefault="00AC5E1A" w:rsidP="002247CC">
      <w:pPr>
        <w:spacing w:after="0"/>
      </w:pPr>
    </w:p>
    <w:p w14:paraId="792A608D" w14:textId="28FE71FF" w:rsidR="002E1FF3" w:rsidRDefault="00C532AC" w:rsidP="002247CC">
      <w:pPr>
        <w:spacing w:after="0"/>
      </w:pPr>
      <w:proofErr w:type="spellStart"/>
      <w:r>
        <w:t>Firma</w:t>
      </w:r>
      <w:proofErr w:type="spellEnd"/>
      <w:r>
        <w:t xml:space="preserve"> (non </w:t>
      </w:r>
      <w:proofErr w:type="spellStart"/>
      <w:r>
        <w:t>autenticata</w:t>
      </w:r>
      <w:proofErr w:type="spellEnd"/>
      <w:r>
        <w:t>): _____________________________</w:t>
      </w:r>
    </w:p>
    <w:sectPr w:rsidR="002E1FF3" w:rsidSect="002247CC">
      <w:pgSz w:w="12240" w:h="15840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3376E" w14:textId="77777777" w:rsidR="00B213FB" w:rsidRDefault="00B213FB" w:rsidP="002247CC">
      <w:pPr>
        <w:spacing w:after="0" w:line="240" w:lineRule="auto"/>
      </w:pPr>
      <w:r>
        <w:separator/>
      </w:r>
    </w:p>
  </w:endnote>
  <w:endnote w:type="continuationSeparator" w:id="0">
    <w:p w14:paraId="0B6A55CF" w14:textId="77777777" w:rsidR="00B213FB" w:rsidRDefault="00B213FB" w:rsidP="00224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F3E82" w14:textId="77777777" w:rsidR="00B213FB" w:rsidRDefault="00B213FB" w:rsidP="002247CC">
      <w:pPr>
        <w:spacing w:after="0" w:line="240" w:lineRule="auto"/>
      </w:pPr>
      <w:r>
        <w:separator/>
      </w:r>
    </w:p>
  </w:footnote>
  <w:footnote w:type="continuationSeparator" w:id="0">
    <w:p w14:paraId="028FCDB3" w14:textId="77777777" w:rsidR="00B213FB" w:rsidRDefault="00B213FB" w:rsidP="00224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247CC"/>
    <w:rsid w:val="0029639D"/>
    <w:rsid w:val="002E1FF3"/>
    <w:rsid w:val="00326F90"/>
    <w:rsid w:val="005F3ED2"/>
    <w:rsid w:val="009D4878"/>
    <w:rsid w:val="00AA1D8D"/>
    <w:rsid w:val="00AC5E1A"/>
    <w:rsid w:val="00B213FB"/>
    <w:rsid w:val="00B47730"/>
    <w:rsid w:val="00C532A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747A00"/>
  <w14:defaultImageDpi w14:val="300"/>
  <w15:docId w15:val="{AF51CAFD-A7A7-495B-92A9-00F5D4C6E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879</Words>
  <Characters>5014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Mario</cp:lastModifiedBy>
  <cp:revision>3</cp:revision>
  <cp:lastPrinted>2026-02-19T15:50:00Z</cp:lastPrinted>
  <dcterms:created xsi:type="dcterms:W3CDTF">2026-02-19T15:22:00Z</dcterms:created>
  <dcterms:modified xsi:type="dcterms:W3CDTF">2026-02-19T16:07:00Z</dcterms:modified>
  <cp:category/>
</cp:coreProperties>
</file>